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VERSION A: AWARD THANK-YOU</w:t>
      </w:r>
    </w:p>
    <w:p/>
    <w:p>
      <w:r>
        <w:t>[ORGANIZATION LETTERHEAD]</w:t>
      </w:r>
    </w:p>
    <w:p/>
    <w:p>
      <w:r>
        <w:t>[DATE]</w:t>
      </w:r>
    </w:p>
    <w:p/>
    <w:p>
      <w:r>
        <w:t>[FUNDER CONTACT NAME, TITLE]</w:t>
      </w:r>
    </w:p>
    <w:p>
      <w:r>
        <w:t>[FOUNDATION OR COMPANY NAME]</w:t>
      </w:r>
    </w:p>
    <w:p>
      <w:r>
        <w:t>[ADDRESS]</w:t>
      </w:r>
    </w:p>
    <w:p/>
    <w:p>
      <w:r>
        <w:t>Dear [MR./MS./DR./MX. LAST NAME or FIRST NAME, matching your relationship]:</w:t>
      </w:r>
    </w:p>
    <w:p/>
    <w:p>
      <w:r>
        <w:t>On behalf of everyone at [ORGANIZATION NAME], thank you for [FOUNDATION NAME]'s grant of [$AMOUNT] to support [PROJECT OR PROGRAM NAME]. We are grateful for your confidence in our work [OPTIONAL: "and for your continued partnership," if a renewal].</w:t>
      </w:r>
    </w:p>
    <w:p/>
    <w:p>
      <w:r>
        <w:t>Your support will [SPECIFIC RESULT IN CONCRETE TERMS: who, how many, what, when, e.g., "allow 120 students to spend six weeks this summer building their reading skills"]. [ONE SENTENCE ON WHY THIS MATTERS NOW OR WHAT IT MAKES POSSIBLE THAT WOULD NOT HAPPEN OTHERWISE.]</w:t>
      </w:r>
    </w:p>
    <w:p/>
    <w:p>
      <w:r>
        <w:t>[OPTIONAL: ONE SENTENCE ON WHAT COMES NEXT, e.g., "Our program begins on [DATE], and we would be delighted to welcome you for a visit."]</w:t>
      </w:r>
    </w:p>
    <w:p/>
    <w:p>
      <w:r>
        <w:t>We look forward to sharing our progress with you [OPTIONAL: "in our report on [DATE]"]. Please do not hesitate to contact me at [EMAIL] or [PHONE].</w:t>
      </w:r>
    </w:p>
    <w:p/>
    <w:p>
      <w:r>
        <w:t>With gratitude,</w:t>
      </w:r>
    </w:p>
    <w:p/>
    <w:p>
      <w:r>
        <w:t>[SIGNATURE]</w:t>
      </w:r>
    </w:p>
    <w:p>
      <w:r>
        <w:t>[NAME, TITLE]</w:t>
      </w:r>
    </w:p>
    <w:p/>
    <w:p>
      <w:r>
        <w:t>[OPTIONAL: SECOND SIGNATURE, BOARD CHAIR NAME, TITLE]</w:t>
      </w:r>
    </w:p>
    <w:p>
      <w:r>
        <w:t>[OPTIONAL: HANDWRITTEN NOTE FROM PROGRAM STAFF OR A PARTICIPANT, with consent]</w:t>
      </w:r>
    </w:p>
    <w:p/>
    <w:p>
      <w:r>
        <w:t>[ONLY IF THE GIFT IS FROM AN INDIVIDUAL OR BUSINESS THAT MAY CLAIM A CHARITABLE DEDUCTION, ADD:]</w:t>
      </w:r>
    </w:p>
    <w:p>
      <w:r>
        <w:t>[ORGANIZATION LEGAL NAME] is a tax-exempt organization under Section 501(c)(3) of the Internal Revenue Code. [Our EIN is XX-XXXXXXX.] We received your contribution of [$AMOUNT] on [DATE]. [CHOOSE ONE: "No goods or services were provided in exchange for this contribution." OR "In exchange for this contribution, you received [DESCRIPTION], with an estimated fair market value of [$AMOUNT]."]</w:t>
      </w:r>
    </w:p>
    <w:p/>
    <w:p/>
    <w:p>
      <w:r>
        <w:t>VERSION B: REPORT SUBMISSION NOTE (email)</w:t>
      </w:r>
    </w:p>
    <w:p/>
    <w:p>
      <w:r>
        <w:t>Subject: [ORGANIZATION NAME] — [INTERIM/FINAL] report for [PROJECT NAME]</w:t>
      </w:r>
    </w:p>
    <w:p/>
    <w:p>
      <w:r>
        <w:t>Dear [NAME],</w:t>
      </w:r>
    </w:p>
    <w:p/>
    <w:p>
      <w:r>
        <w:t>I've just submitted our [interim/final] report for [PROJECT NAME] [through the portal / attached]. A quick highlight: [ONE KEY RESULT IN ONE SENTENCE]. [OPTIONAL: ONE SENTENCE ON A CHALLENGE OR LESSON, e.g., "The report also explains a shortfall in enrollment and what we're changing."]</w:t>
      </w:r>
    </w:p>
    <w:p/>
    <w:p>
      <w:r>
        <w:t>Thank you again for [FOUNDATION NAME]'s support this year. I'd welcome a conversation about what we learned and our plans for [NEXT PERIOD] whenever it's convenient for you.</w:t>
      </w:r>
    </w:p>
    <w:p/>
    <w:p>
      <w:r>
        <w:t>Best regards,</w:t>
      </w:r>
    </w:p>
    <w:p>
      <w:r>
        <w:t>[NAME, TITLE]</w:t>
      </w:r>
    </w:p>
    <w:p>
      <w:r>
        <w:t>[PHONE]</w:t>
      </w:r>
    </w:p>
    <w:p/>
    <w:p/>
    <w:p>
      <w:r>
        <w:t>VERSION C: SITE VISIT THANK-YOU (email)</w:t>
      </w:r>
    </w:p>
    <w:p/>
    <w:p>
      <w:r>
        <w:t>Subject: Thank you for visiting [ORGANIZATION NAME]</w:t>
      </w:r>
    </w:p>
    <w:p/>
    <w:p>
      <w:r>
        <w:t>Dear [NAME],</w:t>
      </w:r>
    </w:p>
    <w:p/>
    <w:p>
      <w:r>
        <w:t>Thank you for spending time with us at [LOCATION] on [DATE]. [ONE SPECIFIC DETAIL FROM THE VISIT, e.g., "Our tutors were glad to hear your questions about small-group instruction."]</w:t>
      </w:r>
    </w:p>
    <w:p/>
    <w:p>
      <w:r>
        <w:t>As promised, I'm attaching [ITEMS YOU PROMISED TO SEND]. [OR: "Here are answers to the questions you raised: [BRIEF ANSWERS]."]</w:t>
      </w:r>
    </w:p>
    <w:p/>
    <w:p>
      <w:r>
        <w:t>Please let me know if there's anything else you need as you review our proposal.</w:t>
      </w:r>
    </w:p>
    <w:p/>
    <w:p>
      <w:r>
        <w:t>Warm regards,</w:t>
      </w:r>
    </w:p>
    <w:p>
      <w:r>
        <w:t>[NAME, TITLE]</w:t>
      </w:r>
    </w:p>
    <w:p/>
    <w:p/>
    <w:p>
      <w:r>
        <w:t>VERSION D: DECLINE RESPONSE (email or letter)</w:t>
      </w:r>
    </w:p>
    <w:p/>
    <w:p>
      <w:r>
        <w:t>Dear [NAME],</w:t>
      </w:r>
    </w:p>
    <w:p/>
    <w:p>
      <w:r>
        <w:t>Thank you for letting us know about [FOUNDATION NAME]'s decision on our proposal for [PROJECT NAME], and for the time you and your colleagues spent reviewing it.</w:t>
      </w:r>
    </w:p>
    <w:p/>
    <w:p>
      <w:r>
        <w:t>[OPTIONAL, IF APPROPRIATE: "If it would be helpful, we would welcome a brief conversation about how we might strengthen a future request." OR "We appreciate the feedback you shared and will take it into account."]</w:t>
      </w:r>
    </w:p>
    <w:p/>
    <w:p>
      <w:r>
        <w:t>We continue to admire [FOUNDATION NAME]'s work in [FOCUS AREA] and hope to stay in touch. [OPTIONAL: "We'll plan to follow your guidelines for the [NEXT CYCLE]."]</w:t>
      </w:r>
    </w:p>
    <w:p/>
    <w:p>
      <w:r>
        <w:t>With appreciation,</w:t>
      </w:r>
    </w:p>
    <w:p>
      <w:r>
        <w:t>[NAME, TITLE]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thank-you letter templates for awards, reports, and declines</dc:title>
  <dc:subject/>
  <dc:creator>GrantBridge (grantbridge.pro)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