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LOGIC MODEL: [PROGRAM OR PROJECT NAME]</w:t>
      </w:r>
    </w:p>
    <w:p>
      <w:r>
        <w:t>Organization: [ORGANIZATION NAME]</w:t>
      </w:r>
    </w:p>
    <w:p>
      <w:r>
        <w:t>Grant period: [START DATE] to [END DATE]</w:t>
      </w:r>
    </w:p>
    <w:p>
      <w:r>
        <w:t>Prepared: [DATE]   Prepared by: [NAME(S)]</w:t>
      </w:r>
    </w:p>
    <w:p/>
    <w:p>
      <w:r>
        <w:t>PROBLEM STATEMENT</w:t>
      </w:r>
    </w:p>
    <w:p>
      <w:r>
        <w:t>[ONE OR TWO SENTENCES summarizing the need this program addresses, drawn from your statement of need.]</w:t>
      </w:r>
    </w:p>
    <w:p/>
    <w:p>
      <w:r>
        <w:t>GOAL</w:t>
      </w:r>
    </w:p>
    <w:p>
      <w:r>
        <w:t>[ONE SENTENCE describing the broad, long-term change the program contributes to.]</w:t>
      </w:r>
    </w:p>
    <w:p/>
    <w:p>
      <w:r>
        <w:t>TARGET POPULATION</w:t>
      </w:r>
    </w:p>
    <w:p>
      <w:r>
        <w:t>[WHO the program serves, how many, and where.]</w:t>
      </w:r>
    </w:p>
    <w:p/>
    <w:p>
      <w:r>
        <w:t>----------------------------------------------------------------</w:t>
      </w:r>
    </w:p>
    <w:p>
      <w:r>
        <w:t>INPUTS (Resources)</w:t>
      </w:r>
    </w:p>
    <w:p>
      <w:r>
        <w:t>- Staff: [POSITIONS AND FTE, e.g., "1.0 FTE program coordinator"]</w:t>
      </w:r>
    </w:p>
    <w:p>
      <w:r>
        <w:t>- Volunteers: [NUMBER AND ROLE]</w:t>
      </w:r>
    </w:p>
    <w:p>
      <w:r>
        <w:t>- Partners: [PARTNER NAME AND WHAT THEY CONTRIBUTE]</w:t>
      </w:r>
    </w:p>
    <w:p>
      <w:r>
        <w:t>- Facilities: [SPACE, LOCATION]</w:t>
      </w:r>
    </w:p>
    <w:p>
      <w:r>
        <w:t>- Materials and equipment: [KEY ITEMS]</w:t>
      </w:r>
    </w:p>
    <w:p>
      <w:r>
        <w:t>- Funding: [SOURCES AND AMOUNTS]</w:t>
      </w:r>
    </w:p>
    <w:p>
      <w:r>
        <w:t>- Other: [CURRICULUM, DATA SYSTEMS, EXPERTISE]</w:t>
      </w:r>
    </w:p>
    <w:p/>
    <w:p>
      <w:r>
        <w:t>----------------------------------------------------------------</w:t>
      </w:r>
    </w:p>
    <w:p>
      <w:r>
        <w:t>ACTIVITIES (What we do)</w:t>
      </w:r>
    </w:p>
    <w:p>
      <w:r>
        <w:t>- [ACTIVITY 1: what, how often, how long, delivered by whom]</w:t>
      </w:r>
    </w:p>
    <w:p>
      <w:r>
        <w:t>- [ACTIVITY 2]</w:t>
      </w:r>
    </w:p>
    <w:p>
      <w:r>
        <w:t>- [ACTIVITY 3]</w:t>
      </w:r>
    </w:p>
    <w:p>
      <w:r>
        <w:t>- [ACTIVITY 4, optional: recruitment, training, evaluation, family engagement]</w:t>
      </w:r>
    </w:p>
    <w:p/>
    <w:p>
      <w:r>
        <w:t>----------------------------------------------------------------</w:t>
      </w:r>
    </w:p>
    <w:p>
      <w:r>
        <w:t>OUTPUTS (Direct products, usually counts)</w:t>
      </w:r>
    </w:p>
    <w:p>
      <w:r>
        <w:t>- [NUMBER] [UNITS of ACTIVITY 1, e.g., "sessions delivered"]</w:t>
      </w:r>
    </w:p>
    <w:p>
      <w:r>
        <w:t>- [NUMBER] [PARTICIPANTS enrolled / served]</w:t>
      </w:r>
    </w:p>
    <w:p>
      <w:r>
        <w:t>- [NUMBER] [MATERIALS distributed / TRAININGS held]</w:t>
      </w:r>
    </w:p>
    <w:p>
      <w:r>
        <w:t>- [OUTPUT linked to each activity]</w:t>
      </w:r>
    </w:p>
    <w:p/>
    <w:p>
      <w:r>
        <w:t>----------------------------------------------------------------</w:t>
      </w:r>
    </w:p>
    <w:p>
      <w:r>
        <w:t>SHORT-TERM OUTCOMES (Changes in knowledge, skills, attitudes; typically during the grant)</w:t>
      </w:r>
    </w:p>
    <w:p>
      <w:r>
        <w:t>- [OUTCOME 1: "[X%] of [PARTICIPANTS] will [CHANGE] as measured by [TOOL] by [DATE]"]</w:t>
      </w:r>
    </w:p>
    <w:p>
      <w:r>
        <w:t>- [OUTCOME 2]</w:t>
      </w:r>
    </w:p>
    <w:p/>
    <w:p>
      <w:r>
        <w:t>MEDIUM-TERM OUTCOMES (Changes in behavior or practice; often by the end of the grant or within a year)</w:t>
      </w:r>
    </w:p>
    <w:p>
      <w:r>
        <w:t>- [OUTCOME 1]</w:t>
      </w:r>
    </w:p>
    <w:p>
      <w:r>
        <w:t>- [OUTCOME 2, optional]</w:t>
      </w:r>
    </w:p>
    <w:p/>
    <w:p>
      <w:r>
        <w:t>LONG-TERM OUTCOMES / IMPACT (Lasting change the program contributes to; often beyond the grant period)</w:t>
      </w:r>
    </w:p>
    <w:p>
      <w:r>
        <w:t>- [OUTCOME 1]</w:t>
      </w:r>
    </w:p>
    <w:p/>
    <w:p>
      <w:r>
        <w:t>----------------------------------------------------------------</w:t>
      </w:r>
    </w:p>
    <w:p>
      <w:r>
        <w:t>ASSUMPTIONS (What must be true for this model to work)</w:t>
      </w:r>
    </w:p>
    <w:p>
      <w:r>
        <w:t>- [ASSUMPTION 1, e.g., "Families can bring children to the site four mornings a week."]</w:t>
      </w:r>
    </w:p>
    <w:p>
      <w:r>
        <w:t>- [ASSUMPTION 2]</w:t>
      </w:r>
    </w:p>
    <w:p/>
    <w:p>
      <w:r>
        <w:t>EXTERNAL FACTORS (Outside conditions that may affect results)</w:t>
      </w:r>
    </w:p>
    <w:p>
      <w:r>
        <w:t>- [FACTOR 1, e.g., "Changes in school schedules or district programs."]</w:t>
      </w:r>
    </w:p>
    <w:p>
      <w:r>
        <w:t>- [FACTOR 2]</w:t>
      </w:r>
    </w:p>
    <w:p/>
    <w:p>
      <w:r>
        <w:t>----------------------------------------------------------------</w:t>
      </w:r>
    </w:p>
    <w:p>
      <w:r>
        <w:t>MEASUREMENT PLAN (Optional but recommended)</w:t>
      </w:r>
    </w:p>
    <w:p>
      <w:r>
        <w:t>Outcome | Indicator | Data source / tool | When collected | Who collects</w:t>
      </w:r>
    </w:p>
    <w:p>
      <w:r>
        <w:t>[OUTCOME 1] | [INDICATOR] | [TOOL] | [TIMING] | [STAFF ROLE]</w:t>
      </w:r>
    </w:p>
    <w:p>
      <w:r>
        <w:t>[OUTCOME 2] | [INDICATOR] | [TOOL] | [TIMING] | [STAFF ROLE]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 model template for grant proposals (with example)</dc:title>
  <dc:subject/>
  <dc:creator>GrantBridge (grantbridge.pro)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