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[ORGANIZATION LETTERHEAD OR NAME AND ADDRESS]</w:t>
      </w:r>
    </w:p>
    <w:p/>
    <w:p>
      <w:r>
        <w:t>[DATE]</w:t>
      </w:r>
    </w:p>
    <w:p/>
    <w:p>
      <w:r>
        <w:t>[FUNDER CONTACT NAME, TITLE]</w:t>
      </w:r>
    </w:p>
    <w:p>
      <w:r>
        <w:t>[FOUNDATION NAME]</w:t>
      </w:r>
    </w:p>
    <w:p>
      <w:r>
        <w:t>[STREET ADDRESS]</w:t>
      </w:r>
    </w:p>
    <w:p>
      <w:r>
        <w:t>[CITY, STATE ZIP]</w:t>
      </w:r>
    </w:p>
    <w:p/>
    <w:p>
      <w:r>
        <w:t>Dear [MR./MS./DR./MX. LAST NAME, or "Members of the Grants Committee" if no contact is named]:</w:t>
      </w:r>
    </w:p>
    <w:p/>
    <w:p>
      <w:r>
        <w:t>[ORGANIZATION NAME] respectfully requests the opportunity to submit a full proposal for [$AMOUNT] to support [PROJECT OR PROGRAM NAME], a [DURATION, e.g., 12-month] initiative that will [ONE-SENTENCE SUMMARY OF WHAT THE PROJECT DOES AND FOR WHOM]. We believe this project aligns with [FOUNDATION NAME]'s commitment to [FUNDER PRIORITY, using the funder's own words from its guidelines].</w:t>
      </w:r>
    </w:p>
    <w:p/>
    <w:p>
      <w:r>
        <w:t>ABOUT [ORGANIZATION NAME]</w:t>
      </w:r>
    </w:p>
    <w:p>
      <w:r>
        <w:t>Founded in [YEAR], [ORGANIZATION NAME] [MISSION STATEMENT OR ONE-SENTENCE DESCRIPTION]. Each year we serve [NUMBER] [PEOPLE SERVED] in [GEOGRAPHIC AREA] through [MAIN PROGRAMS]. [ONE OR TWO SENTENCES ON A KEY ACCOMPLISHMENT OR RESULT, WITH A NUMBER IF POSSIBLE.] Our annual operating budget is [$AMOUNT].</w:t>
      </w:r>
    </w:p>
    <w:p/>
    <w:p>
      <w:r>
        <w:t>THE NEED</w:t>
      </w:r>
    </w:p>
    <w:p>
      <w:r>
        <w:t>[TWO TO FOUR SENTENCES DESCRIBING THE PROBLEM IN YOUR COMMUNITY. Include one or two current, cited data points specific to your service area, and say who is most affected.] [ONE SENTENCE ON WHY THE PROBLEM PERSISTS OR WHAT GAP EXISTS IN CURRENT SERVICES.]</w:t>
      </w:r>
    </w:p>
    <w:p/>
    <w:p>
      <w:r>
        <w:t>THE PROJECT</w:t>
      </w:r>
    </w:p>
    <w:p>
      <w:r>
        <w:t>With [FOUNDATION NAME]'s support, [ORGANIZATION NAME] will [DESCRIBE THE APPROACH IN TWO TO FOUR SENTENCES: what you will do, how often, with whom, and where]. [ONE SENTENCE ON WHY THIS APPROACH WORKS, such as evidence, past results, or community input.] [OPTIONAL: KEY PARTNERS AND THEIR ROLES.]</w:t>
      </w:r>
    </w:p>
    <w:p/>
    <w:p>
      <w:r>
        <w:t>EXPECTED OUTCOMES</w:t>
      </w:r>
    </w:p>
    <w:p>
      <w:r>
        <w:t>By [END DATE], we expect to:</w:t>
      </w:r>
    </w:p>
    <w:p>
      <w:r>
        <w:t>- [OUTCOME 1, measurable, e.g., "Serve X participants, of whom Y% will..."]</w:t>
      </w:r>
    </w:p>
    <w:p>
      <w:r>
        <w:t>- [OUTCOME 2]</w:t>
      </w:r>
    </w:p>
    <w:p>
      <w:r>
        <w:t>- [OUTCOME 3, optional]</w:t>
      </w:r>
    </w:p>
    <w:p>
      <w:r>
        <w:t>We will measure progress using [DATA SOURCES OR TOOLS, e.g., pre/post assessments, attendance records, follow-up surveys].</w:t>
      </w:r>
    </w:p>
    <w:p/>
    <w:p>
      <w:r>
        <w:t>BUDGET AND SUSTAINABILITY</w:t>
      </w:r>
    </w:p>
    <w:p>
      <w:r>
        <w:t>The total project budget is [$TOTAL PROJECT COST]. We request [$AMOUNT] from [FOUNDATION NAME], which will support [WHAT THE GRANT WILL PAY FOR]. The remaining [$AMOUNT] will come from [OTHER SOURCES: secured and pending]. [ONE SENTENCE ON HOW THE PROJECT WILL BE SUSTAINED AFTER THE GRANT PERIOD.]</w:t>
      </w:r>
    </w:p>
    <w:p/>
    <w:p>
      <w:r>
        <w:t>CLOSING</w:t>
      </w:r>
    </w:p>
    <w:p>
      <w:r>
        <w:t>Thank you for considering this inquiry. We would welcome the opportunity to submit a full proposal and to answer any questions. Please contact [CONTACT NAME, TITLE] at [EMAIL] or [PHONE].</w:t>
      </w:r>
    </w:p>
    <w:p/>
    <w:p>
      <w:r>
        <w:t>Sincerely,</w:t>
      </w:r>
    </w:p>
    <w:p/>
    <w:p>
      <w:r>
        <w:t>[SIGNATURE]</w:t>
      </w:r>
    </w:p>
    <w:p>
      <w:r>
        <w:t>[NAME]</w:t>
      </w:r>
    </w:p>
    <w:p>
      <w:r>
        <w:t>[TITLE, usually Executive Director or Board Chair]</w:t>
      </w:r>
    </w:p>
    <w:p>
      <w:r>
        <w:t>[ORGANIZATION NAME]</w:t>
      </w:r>
    </w:p>
    <w:p/>
    <w:p>
      <w:r>
        <w:t>[OPTIONAL ENCLOSURES, ONLY IF REQUESTED: IRS determination letter; organizational budget; board list]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inquiry template (with a filled-in example)</dc:title>
  <dc:subject/>
  <dc:creator>GrantBridge (grantbridge.pro)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