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[INTERIM / FINAL] GRANT REPORT</w:t>
      </w:r>
    </w:p>
    <w:p/>
    <w:p>
      <w:r>
        <w:t>Submitted to: [FUNDER NAME]</w:t>
      </w:r>
    </w:p>
    <w:p>
      <w:r>
        <w:t>Submitted by: [ORGANIZATION NAME]</w:t>
      </w:r>
    </w:p>
    <w:p>
      <w:r>
        <w:t>Grant number or reference: [NUMBER, if any]</w:t>
      </w:r>
    </w:p>
    <w:p>
      <w:r>
        <w:t>Project name: [PROJECT NAME]</w:t>
      </w:r>
    </w:p>
    <w:p>
      <w:r>
        <w:t>Grant amount: [$AMOUNT]</w:t>
      </w:r>
    </w:p>
    <w:p>
      <w:r>
        <w:t>Grant period: [START DATE] to [END DATE]</w:t>
      </w:r>
    </w:p>
    <w:p>
      <w:r>
        <w:t>Reporting period: [START DATE] to [END DATE]</w:t>
      </w:r>
    </w:p>
    <w:p>
      <w:r>
        <w:t>Report date: [DATE]</w:t>
      </w:r>
    </w:p>
    <w:p>
      <w:r>
        <w:t>Contact: [NAME, TITLE, EMAIL, PHONE]</w:t>
      </w:r>
    </w:p>
    <w:p/>
    <w:p>
      <w:r>
        <w:t>1. SUMMARY</w:t>
      </w:r>
    </w:p>
    <w:p>
      <w:r>
        <w:t>[ONE PARAGRAPH: what the grant supported, for whom, and the headline results. Include the most important outcome numbers. A reader should know how the grant went after reading only this paragraph.]</w:t>
      </w:r>
    </w:p>
    <w:p/>
    <w:p>
      <w:r>
        <w:t>2. PROGRESS ON OBJECTIVES</w:t>
      </w:r>
    </w:p>
    <w:p>
      <w:r>
        <w:t>Objective | Target | Actual | Status / Notes</w:t>
      </w:r>
    </w:p>
    <w:p>
      <w:r>
        <w:t>[OBJECTIVE 1] | [TARGET] | [ACTUAL] | [MET / EXCEEDED / PARTIALLY MET / NOT MET]</w:t>
      </w:r>
    </w:p>
    <w:p>
      <w:r>
        <w:t>[OBJECTIVE 2] | [TARGET] | [ACTUAL] | [STATUS]</w:t>
      </w:r>
    </w:p>
    <w:p>
      <w:r>
        <w:t>[OBJECTIVE 3] | [TARGET] | [ACTUAL] | [STATUS]</w:t>
      </w:r>
    </w:p>
    <w:p/>
    <w:p>
      <w:r>
        <w:t>[FOR EACH OBJECTIVE, ONE SHORT PARAGRAPH: lead with the result, then explain the context or cause.]</w:t>
      </w:r>
    </w:p>
    <w:p/>
    <w:p>
      <w:r>
        <w:t>3. OUTCOMES AND MEASUREMENT</w:t>
      </w:r>
    </w:p>
    <w:p>
      <w:r>
        <w:t>[TWO TO FOUR SENTENCES on what changed for participants, using the measures promised in the proposal.]</w:t>
      </w:r>
    </w:p>
    <w:p>
      <w:r>
        <w:t>How we measured: [TOOLS, e.g., pre/post assessment, attendance logs, surveys; who collected data and when; number of respondents].</w:t>
      </w:r>
    </w:p>
    <w:p/>
    <w:p>
      <w:r>
        <w:t>4. PARTICIPANT STORY (optional)</w:t>
      </w:r>
    </w:p>
    <w:p>
      <w:r>
        <w:t>[ONE SHORT, SPECIFIC STORY that illustrates the data. Use a first name only or a pseudonym, and confirm you have consent.]</w:t>
      </w:r>
    </w:p>
    <w:p/>
    <w:p>
      <w:r>
        <w:t>5. CHALLENGES AND ADAPTATIONS</w:t>
      </w:r>
    </w:p>
    <w:p>
      <w:r>
        <w:t>[WHAT DID NOT GO AS PLANNED, WHY, AND WHAT YOU DID. Be specific.]</w:t>
      </w:r>
    </w:p>
    <w:p/>
    <w:p>
      <w:r>
        <w:t>6. CHANGES TO THE PROJECT</w:t>
      </w:r>
    </w:p>
    <w:p>
      <w:r>
        <w:t>[ANY CHANGES IN SCOPE, TIMELINE, STAFFING, PARTNERS, OR BUDGET, and whether the funder approved them, with dates.]</w:t>
      </w:r>
    </w:p>
    <w:p>
      <w:r>
        <w:t>[If none: "There were no changes to the approved project."]</w:t>
      </w:r>
    </w:p>
    <w:p/>
    <w:p>
      <w:r>
        <w:t>7. LESSONS LEARNED</w:t>
      </w:r>
    </w:p>
    <w:p>
      <w:r>
        <w:t>[TWO OR THREE SPECIFIC LESSONS and how they will change the program.]</w:t>
      </w:r>
    </w:p>
    <w:p/>
    <w:p>
      <w:r>
        <w:t>8. SUSTAINABILITY AND NEXT STEPS</w:t>
      </w:r>
    </w:p>
    <w:p>
      <w:r>
        <w:t>[HOW THE WORK WILL CONTINUE: other funding secured or pending, plans for the next cycle, any renewal request.]</w:t>
      </w:r>
    </w:p>
    <w:p/>
    <w:p>
      <w:r>
        <w:t>9. FINANCIAL REPORT</w:t>
      </w:r>
    </w:p>
    <w:p>
      <w:r>
        <w:t>Budget line | Approved budget | Actual expenses | Variance | % of budget</w:t>
      </w:r>
    </w:p>
    <w:p>
      <w:r>
        <w:t>[LINE 1] | [$] | [$] | [$] | [%]</w:t>
      </w:r>
    </w:p>
    <w:p>
      <w:r>
        <w:t>[LINE 2] | [$] | [$] | [$] | [%]</w:t>
      </w:r>
    </w:p>
    <w:p>
      <w:r>
        <w:t>[LINE 3] | [$] | [$] | [$] | [%]</w:t>
      </w:r>
    </w:p>
    <w:p>
      <w:r>
        <w:t>TOTAL | [$] | [$] | [$] | [%]</w:t>
      </w:r>
    </w:p>
    <w:p/>
    <w:p>
      <w:r>
        <w:t>Variance explanations:</w:t>
      </w:r>
    </w:p>
    <w:p>
      <w:r>
        <w:t>- [LINE]: [AMOUNT AND %]. [REASON. Note whether the funder approved any reallocation and when.]</w:t>
      </w:r>
    </w:p>
    <w:p/>
    <w:p>
      <w:r>
        <w:t>Unspent funds: [$AMOUNT, or "None"]. [PROPOSED HANDLING: return, approved extension, or other, per funder guidance.]</w:t>
      </w:r>
    </w:p>
    <w:p/>
    <w:p>
      <w:r>
        <w:t>Other project funding during this period: [SOURCES AND AMOUNTS, if the funder asks].</w:t>
      </w:r>
    </w:p>
    <w:p/>
    <w:p>
      <w:r>
        <w:t>10. ATTACHMENTS</w:t>
      </w:r>
    </w:p>
    <w:p>
      <w:r>
        <w:t>[LIST ONLY WHAT THE FUNDER REQUESTED OR WHAT CLEARLY HELPS: evaluation summary, photos with releases, media coverage, materials produced.]</w:t>
      </w:r>
    </w:p>
    <w:p/>
    <w:p>
      <w:r>
        <w:t>CERTIFICATION</w:t>
      </w:r>
    </w:p>
    <w:p>
      <w:r>
        <w:t>I certify that the information in this report is accurate and that grant funds were used for the purposes described in the grant agreement.</w:t>
      </w:r>
    </w:p>
    <w:p/>
    <w:p>
      <w:r>
        <w:t>[SIGNATURE]</w:t>
      </w:r>
    </w:p>
    <w:p>
      <w:r>
        <w:t>[NAME, TITLE]</w:t>
      </w:r>
    </w:p>
    <w:p>
      <w:r>
        <w:t>[DATE]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Grant report template: narrative and financial report with example</dc:title>
  <dc:subject/>
  <dc:creator>GrantBridge (grantbridge.pro)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