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[ORGANIZATION LETTERHEAD]</w:t>
      </w:r>
    </w:p>
    <w:p/>
    <w:p>
      <w:r>
        <w:t>[DATE]</w:t>
      </w:r>
    </w:p>
    <w:p/>
    <w:p>
      <w:r>
        <w:t>[FUNDER CONTACT NAME, TITLE]</w:t>
      </w:r>
    </w:p>
    <w:p>
      <w:r>
        <w:t>[FOUNDATION OR AGENCY NAME]</w:t>
      </w:r>
    </w:p>
    <w:p>
      <w:r>
        <w:t>[STREET ADDRESS]</w:t>
      </w:r>
    </w:p>
    <w:p>
      <w:r>
        <w:t>[CITY, STATE ZIP]</w:t>
      </w:r>
    </w:p>
    <w:p/>
    <w:p>
      <w:r>
        <w:t>RE: [PROPOSAL TITLE OR PROGRAM NAME] — Request for [$AMOUNT] [OPTIONAL: GRANT CYCLE OR OPPORTUNITY NAME/NUMBER]</w:t>
      </w:r>
    </w:p>
    <w:p/>
    <w:p>
      <w:r>
        <w:t>Dear [MR./MS./DR./MX. LAST NAME]:</w:t>
      </w:r>
    </w:p>
    <w:p/>
    <w:p>
      <w:r>
        <w:t>On behalf of [ORGANIZATION NAME], I am pleased to submit the enclosed proposal requesting [$AMOUNT] over [GRANT PERIOD, e.g., 12 months] to support [PROJECT OR PROGRAM NAME]. [ONE SENTENCE ON WHAT THE PROJECT WILL ACCOMPLISH AND FOR WHOM.]</w:t>
      </w:r>
    </w:p>
    <w:p/>
    <w:p>
      <w:r>
        <w:t>[ONE OR TWO SENTENCES CONNECTING THE PROJECT TO THE FUNDER'S MISSION OR PRIORITIES. Reference a specific priority, conversation, or invitation, e.g., "Thank you for speaking with me on [DATE] and for inviting this proposal following our letter of inquiry."]</w:t>
      </w:r>
    </w:p>
    <w:p/>
    <w:p>
      <w:r>
        <w:t>[ONE SHORT PARAGRAPH, TWO TO FOUR SENTENCES, ON WHY THIS MATTERS NOW AND WHY YOUR ORGANIZATION IS WELL PLACED TO DO IT. Include one key result or credential, such as years of service, an outcome, or a partnership.]</w:t>
      </w:r>
    </w:p>
    <w:p/>
    <w:p>
      <w:r>
        <w:t>[ONE SENTENCE ON THE TOTAL PROJECT BUDGET AND OTHER FUNDING SOURCES, e.g., "The total project budget is [$TOTAL]; [$AMOUNT] has been secured from [SOURCES]."]</w:t>
      </w:r>
    </w:p>
    <w:p/>
    <w:p>
      <w:r>
        <w:t>[OPTIONAL: ONE SENTENCE ON BOARD SUPPORT OR APPROVAL, e.g., "Our Board of Directors has reviewed and approved this request."]</w:t>
      </w:r>
    </w:p>
    <w:p/>
    <w:p>
      <w:r>
        <w:t>Thank you for your consideration and for your commitment to [FUNDER'S FOCUS AREA OR COMMUNITY]. Please contact [CONTACT NAME, TITLE] at [EMAIL] or [PHONE] with any questions or to arrange a site visit.</w:t>
      </w:r>
    </w:p>
    <w:p/>
    <w:p>
      <w:r>
        <w:t>Sincerely,</w:t>
      </w:r>
    </w:p>
    <w:p/>
    <w:p>
      <w:r>
        <w:t>[SIGNATURE]</w:t>
      </w:r>
    </w:p>
    <w:p>
      <w:r>
        <w:t>[NAME]</w:t>
      </w:r>
    </w:p>
    <w:p>
      <w:r>
        <w:t>[TITLE]</w:t>
      </w:r>
    </w:p>
    <w:p>
      <w:r>
        <w:t>[ORGANIZATION NAME]</w:t>
      </w:r>
    </w:p>
    <w:p/>
    <w:p>
      <w:r>
        <w:t>[OPTIONAL SECOND SIGNATURE: BOARD CHAIR NAME, TITLE]</w:t>
      </w:r>
    </w:p>
    <w:p/>
    <w:p>
      <w:r>
        <w:t>Enclosures: [LIST WHAT IS ENCLOSED, e.g., Proposal narrative; Project budget and budget justification; Organizational budget; IRS determination letter; Board of directors list; Most recent audited financial statements]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proposal cover letter template (with example)</dc:title>
  <dc:subject/>
  <dc:creator>GrantBridge (grantbridge.pro)</dc:creator>
  <cp:keywords/>
  <dc:description>generated by python-docx</dc:description>
  <cp:lastModifiedBy/>
  <cp:revision>1</cp:revision>
  <dcterms:created xsi:type="dcterms:W3CDTF">2013-12-23T23:15:00Z</dcterms:created>
  <dcterms:modified xsi:type="dcterms:W3CDTF">2013-12-23T23:15:00Z</dcterms:modified>
  <cp:category/>
</cp:coreProperties>
</file>